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就労支援B型 利用者向け作業内容一覧（選択シート）</w:t>
      </w:r>
    </w:p>
    <w:p>
      <w:pPr>
        <w:pStyle w:val="Heading1"/>
      </w:pPr>
      <w:r>
        <w:t>コーヒーナップ＠カフェ（アクトオンbizカフェ）</w:t>
      </w:r>
    </w:p>
    <w:p>
      <w:r>
        <w:t>☐ コーヒー豆の軽量・挽く作業</w:t>
      </w:r>
    </w:p>
    <w:p>
      <w:r>
        <w:t>☐ ドリップ補助、紙コップ準備</w:t>
      </w:r>
    </w:p>
    <w:p>
      <w:r>
        <w:t>☐ 注文受付の練習、商品受け渡し</w:t>
      </w:r>
    </w:p>
    <w:p>
      <w:r>
        <w:t>☐ テーブル拭き、ゴミ分別、床清掃</w:t>
      </w:r>
    </w:p>
    <w:p>
      <w:r>
        <w:t>☐ コーヒーバッグの封入／ラベル貼り</w:t>
      </w:r>
    </w:p>
    <w:p>
      <w:r>
        <w:t>☐ チラシ折り、写真撮影の補助</w:t>
      </w:r>
    </w:p>
    <w:p>
      <w:pPr>
        <w:pStyle w:val="Heading1"/>
      </w:pPr>
      <w:r>
        <w:t>ディア♡スイーツ（スイーツ製造・販売）</w:t>
      </w:r>
    </w:p>
    <w:p>
      <w:r>
        <w:t>☐ 材料の計量、型に流し入れる作業</w:t>
      </w:r>
    </w:p>
    <w:p>
      <w:r>
        <w:t>☐ トッピング、焼きあがったお菓子の包装</w:t>
      </w:r>
    </w:p>
    <w:p>
      <w:r>
        <w:t>☐ ラベル貼り、袋詰め</w:t>
      </w:r>
    </w:p>
    <w:p>
      <w:r>
        <w:t>☐ 商品陳列、ショップカードのセット</w:t>
      </w:r>
    </w:p>
    <w:p>
      <w:r>
        <w:t>☐ 作業台の掃除、器具洗い</w:t>
      </w:r>
    </w:p>
    <w:p>
      <w:r>
        <w:t>☐ 写真撮影の補助、POP作成</w:t>
      </w:r>
    </w:p>
    <w:p>
      <w:pPr>
        <w:pStyle w:val="Heading1"/>
      </w:pPr>
      <w:r>
        <w:t>nico hana（花・グリーンの販売）</w:t>
      </w:r>
    </w:p>
    <w:p>
      <w:r>
        <w:t>☐ 花の水切り、水やり、葉の除去</w:t>
      </w:r>
    </w:p>
    <w:p>
      <w:r>
        <w:t>☐ ミニブーケづくり補助、ラッピング</w:t>
      </w:r>
    </w:p>
    <w:p>
      <w:r>
        <w:t>☐ 花束の袋詰め、価格シール貼り</w:t>
      </w:r>
    </w:p>
    <w:p>
      <w:r>
        <w:t>☐ 店頭清掃、棚の整頓、在庫チェック</w:t>
      </w:r>
    </w:p>
    <w:p>
      <w:r>
        <w:t>☐ 配達用の箱詰め、伝票貼り</w:t>
      </w:r>
    </w:p>
    <w:p>
      <w:pPr>
        <w:pStyle w:val="Heading1"/>
      </w:pPr>
      <w:r>
        <w:t>ぱわみーる弁当（弁当製造・配達）</w:t>
      </w:r>
    </w:p>
    <w:p>
      <w:r>
        <w:t>☐ 食材のカット、調理補助</w:t>
      </w:r>
    </w:p>
    <w:p>
      <w:r>
        <w:t>☐ ご飯やおかずの盛り付け</w:t>
      </w:r>
    </w:p>
    <w:p>
      <w:r>
        <w:t>☐ 弁当容器にふたをする作業</w:t>
      </w:r>
    </w:p>
    <w:p>
      <w:r>
        <w:t>☐ ラベル貼り、日付や成分表示シール</w:t>
      </w:r>
    </w:p>
    <w:p>
      <w:r>
        <w:t>☐ 配達の仕分け、袋詰め</w:t>
      </w:r>
    </w:p>
    <w:p>
      <w:r>
        <w:t>☐ 調理場の清掃、ゴミ処理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