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64E5F" w14:textId="77777777" w:rsidR="002B2ACD" w:rsidRPr="00114E21" w:rsidRDefault="00000000" w:rsidP="00114E21">
      <w:pPr>
        <w:pStyle w:val="aa"/>
        <w:jc w:val="center"/>
        <w:rPr>
          <w:sz w:val="40"/>
          <w:szCs w:val="40"/>
          <w:lang w:eastAsia="ja-JP"/>
        </w:rPr>
      </w:pPr>
      <w:r w:rsidRPr="00114E21">
        <w:rPr>
          <w:sz w:val="40"/>
          <w:szCs w:val="40"/>
          <w:lang w:eastAsia="ja-JP"/>
        </w:rPr>
        <w:t>就労支援</w:t>
      </w:r>
      <w:r w:rsidRPr="00114E21">
        <w:rPr>
          <w:sz w:val="40"/>
          <w:szCs w:val="40"/>
          <w:lang w:eastAsia="ja-JP"/>
        </w:rPr>
        <w:t>B</w:t>
      </w:r>
      <w:r w:rsidRPr="00114E21">
        <w:rPr>
          <w:sz w:val="40"/>
          <w:szCs w:val="40"/>
          <w:lang w:eastAsia="ja-JP"/>
        </w:rPr>
        <w:t>型</w:t>
      </w:r>
      <w:r w:rsidRPr="00114E21">
        <w:rPr>
          <w:sz w:val="40"/>
          <w:szCs w:val="40"/>
          <w:lang w:eastAsia="ja-JP"/>
        </w:rPr>
        <w:t xml:space="preserve"> </w:t>
      </w:r>
      <w:r w:rsidRPr="00114E21">
        <w:rPr>
          <w:sz w:val="40"/>
          <w:szCs w:val="40"/>
          <w:lang w:eastAsia="ja-JP"/>
        </w:rPr>
        <w:t>作業時間パターン選択表</w:t>
      </w:r>
    </w:p>
    <w:p w14:paraId="3F798142" w14:textId="77777777" w:rsidR="002B2ACD" w:rsidRDefault="00000000">
      <w:pPr>
        <w:rPr>
          <w:lang w:eastAsia="ja-JP"/>
        </w:rPr>
      </w:pPr>
      <w:r>
        <w:rPr>
          <w:lang w:eastAsia="ja-JP"/>
        </w:rPr>
        <w:t>あなたの体調や生活リズムに合わせて、下記の中から「やってみたい」作業時間を選んでください。週に</w:t>
      </w:r>
      <w:r>
        <w:rPr>
          <w:lang w:eastAsia="ja-JP"/>
        </w:rPr>
        <w:t>1</w:t>
      </w:r>
      <w:r>
        <w:rPr>
          <w:lang w:eastAsia="ja-JP"/>
        </w:rPr>
        <w:t>日からでも</w:t>
      </w:r>
      <w:r>
        <w:rPr>
          <w:lang w:eastAsia="ja-JP"/>
        </w:rPr>
        <w:t>OK</w:t>
      </w:r>
      <w:r>
        <w:rPr>
          <w:lang w:eastAsia="ja-JP"/>
        </w:rPr>
        <w:t>！ゆっくりスタートできます。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2B2ACD" w14:paraId="32F64739" w14:textId="77777777">
        <w:tc>
          <w:tcPr>
            <w:tcW w:w="2160" w:type="dxa"/>
          </w:tcPr>
          <w:p w14:paraId="33608649" w14:textId="77777777" w:rsidR="002B2ACD" w:rsidRDefault="00000000">
            <w:r>
              <w:t>パターン名</w:t>
            </w:r>
          </w:p>
        </w:tc>
        <w:tc>
          <w:tcPr>
            <w:tcW w:w="2160" w:type="dxa"/>
          </w:tcPr>
          <w:p w14:paraId="190C7909" w14:textId="77777777" w:rsidR="002B2ACD" w:rsidRDefault="00000000">
            <w:r>
              <w:t>作業時間</w:t>
            </w:r>
          </w:p>
        </w:tc>
        <w:tc>
          <w:tcPr>
            <w:tcW w:w="2160" w:type="dxa"/>
          </w:tcPr>
          <w:p w14:paraId="0E8C11EF" w14:textId="77777777" w:rsidR="002B2ACD" w:rsidRDefault="00000000">
            <w:r>
              <w:t>内容例</w:t>
            </w:r>
          </w:p>
        </w:tc>
        <w:tc>
          <w:tcPr>
            <w:tcW w:w="2160" w:type="dxa"/>
          </w:tcPr>
          <w:p w14:paraId="2E98B220" w14:textId="77777777" w:rsidR="002B2ACD" w:rsidRDefault="00000000">
            <w:r>
              <w:t>こんな方におすすめ</w:t>
            </w:r>
          </w:p>
        </w:tc>
      </w:tr>
      <w:tr w:rsidR="002B2ACD" w14:paraId="0BB5EA49" w14:textId="77777777">
        <w:tc>
          <w:tcPr>
            <w:tcW w:w="2160" w:type="dxa"/>
          </w:tcPr>
          <w:p w14:paraId="2D172821" w14:textId="77777777" w:rsidR="002B2ACD" w:rsidRDefault="00000000">
            <w:r>
              <w:t>A</w:t>
            </w:r>
            <w:r>
              <w:t>コース</w:t>
            </w:r>
          </w:p>
        </w:tc>
        <w:tc>
          <w:tcPr>
            <w:tcW w:w="2160" w:type="dxa"/>
          </w:tcPr>
          <w:p w14:paraId="6C6B4C55" w14:textId="77777777" w:rsidR="002B2ACD" w:rsidRDefault="00000000">
            <w:r>
              <w:t>10:00</w:t>
            </w:r>
            <w:r>
              <w:t>～</w:t>
            </w:r>
            <w:r>
              <w:t>11:30</w:t>
            </w:r>
            <w:r>
              <w:t>（</w:t>
            </w:r>
            <w:r>
              <w:t>90</w:t>
            </w:r>
            <w:r>
              <w:t>分）</w:t>
            </w:r>
          </w:p>
        </w:tc>
        <w:tc>
          <w:tcPr>
            <w:tcW w:w="2160" w:type="dxa"/>
          </w:tcPr>
          <w:p w14:paraId="6B5C4A9E" w14:textId="77777777" w:rsidR="002B2ACD" w:rsidRDefault="00000000">
            <w:pPr>
              <w:rPr>
                <w:lang w:eastAsia="ja-JP"/>
              </w:rPr>
            </w:pPr>
            <w:r>
              <w:rPr>
                <w:lang w:eastAsia="ja-JP"/>
              </w:rPr>
              <w:t>軽作業・清掃・袋詰めなど</w:t>
            </w:r>
          </w:p>
        </w:tc>
        <w:tc>
          <w:tcPr>
            <w:tcW w:w="2160" w:type="dxa"/>
          </w:tcPr>
          <w:p w14:paraId="4EA78569" w14:textId="77777777" w:rsidR="002B2ACD" w:rsidRDefault="00000000">
            <w:pPr>
              <w:rPr>
                <w:lang w:eastAsia="ja-JP"/>
              </w:rPr>
            </w:pPr>
            <w:r>
              <w:rPr>
                <w:lang w:eastAsia="ja-JP"/>
              </w:rPr>
              <w:t>短時間から始めたい方</w:t>
            </w:r>
          </w:p>
        </w:tc>
      </w:tr>
      <w:tr w:rsidR="002B2ACD" w14:paraId="373F5C43" w14:textId="77777777">
        <w:tc>
          <w:tcPr>
            <w:tcW w:w="2160" w:type="dxa"/>
          </w:tcPr>
          <w:p w14:paraId="5CE99D87" w14:textId="77777777" w:rsidR="002B2ACD" w:rsidRDefault="00000000">
            <w:r>
              <w:t>B</w:t>
            </w:r>
            <w:r>
              <w:t>コース</w:t>
            </w:r>
          </w:p>
        </w:tc>
        <w:tc>
          <w:tcPr>
            <w:tcW w:w="2160" w:type="dxa"/>
          </w:tcPr>
          <w:p w14:paraId="094D27ED" w14:textId="77777777" w:rsidR="002B2ACD" w:rsidRDefault="00000000">
            <w:r>
              <w:t>10:00</w:t>
            </w:r>
            <w:r>
              <w:t>～</w:t>
            </w:r>
            <w:r>
              <w:t>12:00</w:t>
            </w:r>
            <w:r>
              <w:t>（</w:t>
            </w:r>
            <w:r>
              <w:t>120</w:t>
            </w:r>
            <w:r>
              <w:t>分）</w:t>
            </w:r>
          </w:p>
        </w:tc>
        <w:tc>
          <w:tcPr>
            <w:tcW w:w="2160" w:type="dxa"/>
          </w:tcPr>
          <w:p w14:paraId="70016771" w14:textId="77777777" w:rsidR="002B2ACD" w:rsidRDefault="00000000">
            <w:pPr>
              <w:rPr>
                <w:lang w:eastAsia="ja-JP"/>
              </w:rPr>
            </w:pPr>
            <w:r>
              <w:rPr>
                <w:lang w:eastAsia="ja-JP"/>
              </w:rPr>
              <w:t>カフェ作業・簡単な手作業</w:t>
            </w:r>
          </w:p>
        </w:tc>
        <w:tc>
          <w:tcPr>
            <w:tcW w:w="2160" w:type="dxa"/>
          </w:tcPr>
          <w:p w14:paraId="00EA4AAC" w14:textId="77777777" w:rsidR="002B2ACD" w:rsidRDefault="00000000">
            <w:pPr>
              <w:rPr>
                <w:lang w:eastAsia="ja-JP"/>
              </w:rPr>
            </w:pPr>
            <w:r>
              <w:rPr>
                <w:lang w:eastAsia="ja-JP"/>
              </w:rPr>
              <w:t>午前に集中して働きたい方</w:t>
            </w:r>
          </w:p>
        </w:tc>
      </w:tr>
      <w:tr w:rsidR="002B2ACD" w14:paraId="1BF5BA66" w14:textId="77777777">
        <w:tc>
          <w:tcPr>
            <w:tcW w:w="2160" w:type="dxa"/>
          </w:tcPr>
          <w:p w14:paraId="14C33D87" w14:textId="77777777" w:rsidR="002B2ACD" w:rsidRDefault="00000000">
            <w:r>
              <w:t>C</w:t>
            </w:r>
            <w:r>
              <w:t>コース</w:t>
            </w:r>
          </w:p>
        </w:tc>
        <w:tc>
          <w:tcPr>
            <w:tcW w:w="2160" w:type="dxa"/>
          </w:tcPr>
          <w:p w14:paraId="211C120D" w14:textId="77777777" w:rsidR="002B2ACD" w:rsidRDefault="00000000">
            <w:r>
              <w:t>10:00</w:t>
            </w:r>
            <w:r>
              <w:t>～</w:t>
            </w:r>
            <w:r>
              <w:t>13:00</w:t>
            </w:r>
            <w:r>
              <w:t>（</w:t>
            </w:r>
            <w:r>
              <w:t>3</w:t>
            </w:r>
            <w:r>
              <w:t>時間）</w:t>
            </w:r>
          </w:p>
        </w:tc>
        <w:tc>
          <w:tcPr>
            <w:tcW w:w="2160" w:type="dxa"/>
          </w:tcPr>
          <w:p w14:paraId="4CED446E" w14:textId="77777777" w:rsidR="002B2ACD" w:rsidRDefault="00000000">
            <w:pPr>
              <w:rPr>
                <w:lang w:eastAsia="ja-JP"/>
              </w:rPr>
            </w:pPr>
            <w:r>
              <w:rPr>
                <w:lang w:eastAsia="ja-JP"/>
              </w:rPr>
              <w:t>弁当製造・ラベル貼りなど</w:t>
            </w:r>
          </w:p>
        </w:tc>
        <w:tc>
          <w:tcPr>
            <w:tcW w:w="2160" w:type="dxa"/>
          </w:tcPr>
          <w:p w14:paraId="45670348" w14:textId="77777777" w:rsidR="002B2ACD" w:rsidRDefault="00000000">
            <w:pPr>
              <w:rPr>
                <w:lang w:eastAsia="ja-JP"/>
              </w:rPr>
            </w:pPr>
            <w:r>
              <w:rPr>
                <w:lang w:eastAsia="ja-JP"/>
              </w:rPr>
              <w:t>昼までしっかり作業したい方</w:t>
            </w:r>
          </w:p>
        </w:tc>
      </w:tr>
      <w:tr w:rsidR="002B2ACD" w14:paraId="4A4D3FD4" w14:textId="77777777">
        <w:tc>
          <w:tcPr>
            <w:tcW w:w="2160" w:type="dxa"/>
          </w:tcPr>
          <w:p w14:paraId="3CFC9B58" w14:textId="77777777" w:rsidR="002B2ACD" w:rsidRDefault="00000000">
            <w:r>
              <w:t>D</w:t>
            </w:r>
            <w:r>
              <w:t>コース</w:t>
            </w:r>
          </w:p>
        </w:tc>
        <w:tc>
          <w:tcPr>
            <w:tcW w:w="2160" w:type="dxa"/>
          </w:tcPr>
          <w:p w14:paraId="41E052F7" w14:textId="77777777" w:rsidR="002B2ACD" w:rsidRDefault="00000000">
            <w:r>
              <w:t>10:00</w:t>
            </w:r>
            <w:r>
              <w:t>～</w:t>
            </w:r>
            <w:r>
              <w:t>14:00</w:t>
            </w:r>
            <w:r>
              <w:t>（</w:t>
            </w:r>
            <w:r>
              <w:t>4</w:t>
            </w:r>
            <w:r>
              <w:t>時間）</w:t>
            </w:r>
          </w:p>
        </w:tc>
        <w:tc>
          <w:tcPr>
            <w:tcW w:w="2160" w:type="dxa"/>
          </w:tcPr>
          <w:p w14:paraId="55DB98F5" w14:textId="77777777" w:rsidR="002B2ACD" w:rsidRDefault="00000000">
            <w:pPr>
              <w:rPr>
                <w:lang w:eastAsia="ja-JP"/>
              </w:rPr>
            </w:pPr>
            <w:r>
              <w:rPr>
                <w:lang w:eastAsia="ja-JP"/>
              </w:rPr>
              <w:t>工芸・パソコン作業・仕分けなど</w:t>
            </w:r>
          </w:p>
        </w:tc>
        <w:tc>
          <w:tcPr>
            <w:tcW w:w="2160" w:type="dxa"/>
          </w:tcPr>
          <w:p w14:paraId="6487D6ED" w14:textId="77777777" w:rsidR="002B2ACD" w:rsidRDefault="00000000">
            <w:pPr>
              <w:rPr>
                <w:lang w:eastAsia="ja-JP"/>
              </w:rPr>
            </w:pPr>
            <w:r>
              <w:rPr>
                <w:lang w:eastAsia="ja-JP"/>
              </w:rPr>
              <w:t>午後もゆったり取り組みたい方</w:t>
            </w:r>
          </w:p>
        </w:tc>
      </w:tr>
      <w:tr w:rsidR="002B2ACD" w14:paraId="2BBD2253" w14:textId="77777777">
        <w:tc>
          <w:tcPr>
            <w:tcW w:w="2160" w:type="dxa"/>
          </w:tcPr>
          <w:p w14:paraId="109679EA" w14:textId="77777777" w:rsidR="002B2ACD" w:rsidRDefault="00000000">
            <w:r>
              <w:t>E</w:t>
            </w:r>
            <w:r>
              <w:t>コース</w:t>
            </w:r>
          </w:p>
        </w:tc>
        <w:tc>
          <w:tcPr>
            <w:tcW w:w="2160" w:type="dxa"/>
          </w:tcPr>
          <w:p w14:paraId="77CFCDF0" w14:textId="77777777" w:rsidR="002B2ACD" w:rsidRDefault="00000000">
            <w:r>
              <w:t>13:00</w:t>
            </w:r>
            <w:r>
              <w:t>～</w:t>
            </w:r>
            <w:r>
              <w:t>15:00</w:t>
            </w:r>
            <w:r>
              <w:t>（</w:t>
            </w:r>
            <w:r>
              <w:t>2</w:t>
            </w:r>
            <w:r>
              <w:t>時間）</w:t>
            </w:r>
          </w:p>
        </w:tc>
        <w:tc>
          <w:tcPr>
            <w:tcW w:w="2160" w:type="dxa"/>
          </w:tcPr>
          <w:p w14:paraId="7A1C5869" w14:textId="77777777" w:rsidR="002B2ACD" w:rsidRDefault="00000000">
            <w:r>
              <w:t>午後スタートの作業</w:t>
            </w:r>
          </w:p>
        </w:tc>
        <w:tc>
          <w:tcPr>
            <w:tcW w:w="2160" w:type="dxa"/>
          </w:tcPr>
          <w:p w14:paraId="2C78A776" w14:textId="77777777" w:rsidR="002B2ACD" w:rsidRDefault="00000000">
            <w:pPr>
              <w:rPr>
                <w:lang w:eastAsia="ja-JP"/>
              </w:rPr>
            </w:pPr>
            <w:r>
              <w:rPr>
                <w:lang w:eastAsia="ja-JP"/>
              </w:rPr>
              <w:t>朝が苦手な方や通院後に来たい方</w:t>
            </w:r>
          </w:p>
        </w:tc>
      </w:tr>
      <w:tr w:rsidR="002B2ACD" w14:paraId="4AD71D47" w14:textId="77777777">
        <w:tc>
          <w:tcPr>
            <w:tcW w:w="2160" w:type="dxa"/>
          </w:tcPr>
          <w:p w14:paraId="11DA966F" w14:textId="77777777" w:rsidR="002B2ACD" w:rsidRDefault="00000000">
            <w:r>
              <w:t>F</w:t>
            </w:r>
            <w:r>
              <w:t>コース</w:t>
            </w:r>
          </w:p>
        </w:tc>
        <w:tc>
          <w:tcPr>
            <w:tcW w:w="2160" w:type="dxa"/>
          </w:tcPr>
          <w:p w14:paraId="09C9D05B" w14:textId="77777777" w:rsidR="002B2ACD" w:rsidRDefault="00000000">
            <w:r>
              <w:t>10:00</w:t>
            </w:r>
            <w:r>
              <w:t>～</w:t>
            </w:r>
            <w:r>
              <w:t>15:00</w:t>
            </w:r>
            <w:r>
              <w:t>（</w:t>
            </w:r>
            <w:r>
              <w:t>5</w:t>
            </w:r>
            <w:r>
              <w:t>時間）</w:t>
            </w:r>
          </w:p>
        </w:tc>
        <w:tc>
          <w:tcPr>
            <w:tcW w:w="2160" w:type="dxa"/>
          </w:tcPr>
          <w:p w14:paraId="1E4AF719" w14:textId="77777777" w:rsidR="002B2ACD" w:rsidRDefault="00000000">
            <w:pPr>
              <w:rPr>
                <w:lang w:eastAsia="ja-JP"/>
              </w:rPr>
            </w:pPr>
            <w:r>
              <w:rPr>
                <w:lang w:eastAsia="ja-JP"/>
              </w:rPr>
              <w:t>しっかり作業（休憩含む）</w:t>
            </w:r>
          </w:p>
        </w:tc>
        <w:tc>
          <w:tcPr>
            <w:tcW w:w="2160" w:type="dxa"/>
          </w:tcPr>
          <w:p w14:paraId="3CF62ADC" w14:textId="77777777" w:rsidR="002B2ACD" w:rsidRDefault="00000000">
            <w:pPr>
              <w:rPr>
                <w:lang w:eastAsia="ja-JP"/>
              </w:rPr>
            </w:pPr>
            <w:r>
              <w:rPr>
                <w:lang w:eastAsia="ja-JP"/>
              </w:rPr>
              <w:t>ステップアップしたい方</w:t>
            </w:r>
          </w:p>
        </w:tc>
      </w:tr>
    </w:tbl>
    <w:p w14:paraId="398B0117" w14:textId="77777777" w:rsidR="002B2ACD" w:rsidRDefault="00000000">
      <w:pPr>
        <w:rPr>
          <w:lang w:eastAsia="ja-JP"/>
        </w:rPr>
      </w:pPr>
      <w:r>
        <w:rPr>
          <w:lang w:eastAsia="ja-JP"/>
        </w:rPr>
        <w:br/>
        <w:t xml:space="preserve">■ </w:t>
      </w:r>
      <w:r>
        <w:rPr>
          <w:lang w:eastAsia="ja-JP"/>
        </w:rPr>
        <w:t>選択方法（利用者記入シート形式）</w:t>
      </w:r>
      <w:r>
        <w:rPr>
          <w:lang w:eastAsia="ja-JP"/>
        </w:rPr>
        <w:br/>
      </w:r>
    </w:p>
    <w:p w14:paraId="24B59018" w14:textId="77777777" w:rsidR="002B2ACD" w:rsidRDefault="00000000">
      <w:pPr>
        <w:rPr>
          <w:lang w:eastAsia="ja-JP"/>
        </w:rPr>
      </w:pPr>
      <w:r>
        <w:rPr>
          <w:lang w:eastAsia="ja-JP"/>
        </w:rPr>
        <w:t xml:space="preserve">① </w:t>
      </w:r>
      <w:r>
        <w:rPr>
          <w:lang w:eastAsia="ja-JP"/>
        </w:rPr>
        <w:t>希望する作業時間（いくつでも</w:t>
      </w:r>
      <w:r>
        <w:rPr>
          <w:lang w:eastAsia="ja-JP"/>
        </w:rPr>
        <w:t>OK</w:t>
      </w:r>
      <w:r>
        <w:rPr>
          <w:lang w:eastAsia="ja-JP"/>
        </w:rPr>
        <w:t>）に〇をつけてください</w:t>
      </w:r>
      <w:r>
        <w:rPr>
          <w:lang w:eastAsia="ja-JP"/>
        </w:rPr>
        <w:br/>
        <w:t>☐ 90</w:t>
      </w:r>
      <w:r>
        <w:rPr>
          <w:lang w:eastAsia="ja-JP"/>
        </w:rPr>
        <w:t>分（</w:t>
      </w:r>
      <w:r>
        <w:rPr>
          <w:lang w:eastAsia="ja-JP"/>
        </w:rPr>
        <w:t>A</w:t>
      </w:r>
      <w:r>
        <w:rPr>
          <w:lang w:eastAsia="ja-JP"/>
        </w:rPr>
        <w:t>コース）</w:t>
      </w:r>
      <w:r>
        <w:rPr>
          <w:lang w:eastAsia="ja-JP"/>
        </w:rPr>
        <w:br/>
        <w:t>☐ 2</w:t>
      </w:r>
      <w:r>
        <w:rPr>
          <w:lang w:eastAsia="ja-JP"/>
        </w:rPr>
        <w:t>時間（</w:t>
      </w:r>
      <w:r>
        <w:rPr>
          <w:lang w:eastAsia="ja-JP"/>
        </w:rPr>
        <w:t>B</w:t>
      </w:r>
      <w:r>
        <w:rPr>
          <w:lang w:eastAsia="ja-JP"/>
        </w:rPr>
        <w:t>または</w:t>
      </w:r>
      <w:r>
        <w:rPr>
          <w:lang w:eastAsia="ja-JP"/>
        </w:rPr>
        <w:t>E</w:t>
      </w:r>
      <w:r>
        <w:rPr>
          <w:lang w:eastAsia="ja-JP"/>
        </w:rPr>
        <w:t>コース）</w:t>
      </w:r>
      <w:r>
        <w:rPr>
          <w:lang w:eastAsia="ja-JP"/>
        </w:rPr>
        <w:br/>
        <w:t>☐ 3</w:t>
      </w:r>
      <w:r>
        <w:rPr>
          <w:lang w:eastAsia="ja-JP"/>
        </w:rPr>
        <w:t>時間（</w:t>
      </w:r>
      <w:r>
        <w:rPr>
          <w:lang w:eastAsia="ja-JP"/>
        </w:rPr>
        <w:t>C</w:t>
      </w:r>
      <w:r>
        <w:rPr>
          <w:lang w:eastAsia="ja-JP"/>
        </w:rPr>
        <w:t>コース）</w:t>
      </w:r>
      <w:r>
        <w:rPr>
          <w:lang w:eastAsia="ja-JP"/>
        </w:rPr>
        <w:br/>
        <w:t>☐ 4</w:t>
      </w:r>
      <w:r>
        <w:rPr>
          <w:lang w:eastAsia="ja-JP"/>
        </w:rPr>
        <w:t>時間（</w:t>
      </w:r>
      <w:r>
        <w:rPr>
          <w:lang w:eastAsia="ja-JP"/>
        </w:rPr>
        <w:t>D</w:t>
      </w:r>
      <w:r>
        <w:rPr>
          <w:lang w:eastAsia="ja-JP"/>
        </w:rPr>
        <w:t>コース）</w:t>
      </w:r>
      <w:r>
        <w:rPr>
          <w:lang w:eastAsia="ja-JP"/>
        </w:rPr>
        <w:br/>
        <w:t>☐ 5</w:t>
      </w:r>
      <w:r>
        <w:rPr>
          <w:lang w:eastAsia="ja-JP"/>
        </w:rPr>
        <w:t>時間（</w:t>
      </w:r>
      <w:r>
        <w:rPr>
          <w:lang w:eastAsia="ja-JP"/>
        </w:rPr>
        <w:t>F</w:t>
      </w:r>
      <w:r>
        <w:rPr>
          <w:lang w:eastAsia="ja-JP"/>
        </w:rPr>
        <w:t>コース）</w:t>
      </w:r>
    </w:p>
    <w:p w14:paraId="6465C028" w14:textId="77777777" w:rsidR="002B2ACD" w:rsidRDefault="00000000">
      <w:pPr>
        <w:rPr>
          <w:lang w:eastAsia="ja-JP"/>
        </w:rPr>
      </w:pPr>
      <w:r>
        <w:rPr>
          <w:lang w:eastAsia="ja-JP"/>
        </w:rPr>
        <w:br/>
        <w:t xml:space="preserve">② </w:t>
      </w:r>
      <w:r>
        <w:rPr>
          <w:lang w:eastAsia="ja-JP"/>
        </w:rPr>
        <w:t>作業を希望する曜日と時間帯に〇をつけてください</w:t>
      </w:r>
      <w:r>
        <w:rPr>
          <w:lang w:eastAsia="ja-JP"/>
        </w:rPr>
        <w:br/>
        <w:t xml:space="preserve">□ </w:t>
      </w:r>
      <w:r>
        <w:rPr>
          <w:lang w:eastAsia="ja-JP"/>
        </w:rPr>
        <w:t>月</w:t>
      </w:r>
      <w:r>
        <w:rPr>
          <w:lang w:eastAsia="ja-JP"/>
        </w:rPr>
        <w:t xml:space="preserve"> □ </w:t>
      </w:r>
      <w:r>
        <w:rPr>
          <w:lang w:eastAsia="ja-JP"/>
        </w:rPr>
        <w:t>火</w:t>
      </w:r>
      <w:r>
        <w:rPr>
          <w:lang w:eastAsia="ja-JP"/>
        </w:rPr>
        <w:t xml:space="preserve"> □ </w:t>
      </w:r>
      <w:r>
        <w:rPr>
          <w:lang w:eastAsia="ja-JP"/>
        </w:rPr>
        <w:t>水</w:t>
      </w:r>
      <w:r>
        <w:rPr>
          <w:lang w:eastAsia="ja-JP"/>
        </w:rPr>
        <w:t xml:space="preserve"> □ </w:t>
      </w:r>
      <w:r>
        <w:rPr>
          <w:lang w:eastAsia="ja-JP"/>
        </w:rPr>
        <w:t>木</w:t>
      </w:r>
      <w:r>
        <w:rPr>
          <w:lang w:eastAsia="ja-JP"/>
        </w:rPr>
        <w:t xml:space="preserve"> □ </w:t>
      </w:r>
      <w:r>
        <w:rPr>
          <w:lang w:eastAsia="ja-JP"/>
        </w:rPr>
        <w:t>金</w:t>
      </w:r>
      <w:r>
        <w:rPr>
          <w:lang w:eastAsia="ja-JP"/>
        </w:rPr>
        <w:br/>
        <w:t xml:space="preserve">☐ </w:t>
      </w:r>
      <w:r>
        <w:rPr>
          <w:lang w:eastAsia="ja-JP"/>
        </w:rPr>
        <w:t>午前（</w:t>
      </w:r>
      <w:r>
        <w:rPr>
          <w:lang w:eastAsia="ja-JP"/>
        </w:rPr>
        <w:t>10:00</w:t>
      </w:r>
      <w:r>
        <w:rPr>
          <w:lang w:eastAsia="ja-JP"/>
        </w:rPr>
        <w:t>～）</w:t>
      </w:r>
      <w:r>
        <w:rPr>
          <w:lang w:eastAsia="ja-JP"/>
        </w:rPr>
        <w:br/>
        <w:t xml:space="preserve">☐ </w:t>
      </w:r>
      <w:r>
        <w:rPr>
          <w:lang w:eastAsia="ja-JP"/>
        </w:rPr>
        <w:t>午後（</w:t>
      </w:r>
      <w:r>
        <w:rPr>
          <w:lang w:eastAsia="ja-JP"/>
        </w:rPr>
        <w:t>13:00</w:t>
      </w:r>
      <w:r>
        <w:rPr>
          <w:lang w:eastAsia="ja-JP"/>
        </w:rPr>
        <w:t>～）</w:t>
      </w:r>
      <w:r>
        <w:rPr>
          <w:lang w:eastAsia="ja-JP"/>
        </w:rPr>
        <w:br/>
        <w:t xml:space="preserve">☐ </w:t>
      </w:r>
      <w:r>
        <w:rPr>
          <w:lang w:eastAsia="ja-JP"/>
        </w:rPr>
        <w:t>両方でも</w:t>
      </w:r>
      <w:r>
        <w:rPr>
          <w:lang w:eastAsia="ja-JP"/>
        </w:rPr>
        <w:t>OK</w:t>
      </w:r>
    </w:p>
    <w:sectPr w:rsidR="002B2ACD" w:rsidSect="00114E2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9946899">
    <w:abstractNumId w:val="8"/>
  </w:num>
  <w:num w:numId="2" w16cid:durableId="1131283975">
    <w:abstractNumId w:val="6"/>
  </w:num>
  <w:num w:numId="3" w16cid:durableId="47732808">
    <w:abstractNumId w:val="5"/>
  </w:num>
  <w:num w:numId="4" w16cid:durableId="1599294992">
    <w:abstractNumId w:val="4"/>
  </w:num>
  <w:num w:numId="5" w16cid:durableId="954100860">
    <w:abstractNumId w:val="7"/>
  </w:num>
  <w:num w:numId="6" w16cid:durableId="500194581">
    <w:abstractNumId w:val="3"/>
  </w:num>
  <w:num w:numId="7" w16cid:durableId="1251349526">
    <w:abstractNumId w:val="2"/>
  </w:num>
  <w:num w:numId="8" w16cid:durableId="223807080">
    <w:abstractNumId w:val="1"/>
  </w:num>
  <w:num w:numId="9" w16cid:durableId="1241939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14E21"/>
    <w:rsid w:val="0015074B"/>
    <w:rsid w:val="0029639D"/>
    <w:rsid w:val="002B2ACD"/>
    <w:rsid w:val="00326F90"/>
    <w:rsid w:val="00632018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5F4C2A3"/>
  <w14:defaultImageDpi w14:val="300"/>
  <w15:docId w15:val="{FDA0D9CE-D9D5-474E-87D8-1FFB16A55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kyoko ikeda</cp:lastModifiedBy>
  <cp:revision>2</cp:revision>
  <dcterms:created xsi:type="dcterms:W3CDTF">2013-12-23T23:15:00Z</dcterms:created>
  <dcterms:modified xsi:type="dcterms:W3CDTF">2025-07-21T08:13:00Z</dcterms:modified>
  <cp:category/>
</cp:coreProperties>
</file>